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End of Unit Concepts Check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Science  -  Matter and the Particle Model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     Grade (circle):   5    6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Grade 5: complete Parts A and B. Grade 6: complete Parts A, B, and C. About 15 to 20 minutes. Questions may be read aloud on request.</w:t>
      </w:r>
    </w:p>
    <w:p>
      <w:pPr>
        <w:spacing w:after="80" w:before="40"/>
      </w:pPr>
      <w:r>
        <w:rPr>
          <w:b/>
          <w:i w:val="0"/>
          <w:color w:val="1F4E79"/>
          <w:sz w:val="24"/>
        </w:rPr>
        <w:t>Part A: Multiple choice (circle one)</w:t>
      </w:r>
    </w:p>
    <w:p>
      <w:pPr>
        <w:spacing w:after="20" w:before="0"/>
      </w:pPr>
      <w:r>
        <w:rPr>
          <w:b/>
          <w:i w:val="0"/>
          <w:sz w:val="22"/>
        </w:rPr>
        <w:t>1.  Which of these is NOT matter?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air      b. water      c. light      d. sand</w:t>
      </w:r>
    </w:p>
    <w:p>
      <w:pPr>
        <w:spacing w:after="20" w:before="0"/>
      </w:pPr>
      <w:r>
        <w:rPr>
          <w:b/>
          <w:i w:val="0"/>
          <w:sz w:val="22"/>
        </w:rPr>
        <w:t>2.  Which state has a fixed shape and a fixed volume?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solid      b. liquid      c. gas      d. all of them</w:t>
      </w:r>
    </w:p>
    <w:p>
      <w:pPr>
        <w:spacing w:after="20" w:before="0"/>
      </w:pPr>
      <w:r>
        <w:rPr>
          <w:b/>
          <w:i w:val="0"/>
          <w:sz w:val="22"/>
        </w:rPr>
        <w:t>3.  When a liquid is heated, its particles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stop moving      b. move faster      c. get smaller      d. disappear</w:t>
      </w:r>
    </w:p>
    <w:p>
      <w:pPr>
        <w:spacing w:after="20" w:before="0"/>
      </w:pPr>
      <w:r>
        <w:rPr>
          <w:b/>
          <w:i w:val="0"/>
          <w:sz w:val="22"/>
        </w:rPr>
        <w:t>4.  Water vapour turning into droplets on a cold mirror is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melting      b. freezing      c. evaporation      d. condensation</w:t>
      </w:r>
    </w:p>
    <w:p>
      <w:pPr>
        <w:spacing w:after="20" w:before="0"/>
      </w:pPr>
      <w:r>
        <w:rPr>
          <w:b/>
          <w:i w:val="0"/>
          <w:sz w:val="22"/>
        </w:rPr>
        <w:t>5.  Which is a chemical change?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melting ice      b. cutting paper      c. baking a cake      d. dissolving salt</w:t>
      </w:r>
    </w:p>
    <w:p>
      <w:pPr>
        <w:spacing w:after="20" w:before="0"/>
      </w:pPr>
      <w:r>
        <w:rPr>
          <w:b/>
          <w:i w:val="0"/>
          <w:sz w:val="22"/>
        </w:rPr>
        <w:t>6.  When salt dissolves in water, the salt particles ...</w:t>
      </w:r>
    </w:p>
    <w:p>
      <w:pPr>
        <w:spacing w:after="100" w:before="0"/>
      </w:pPr>
      <w:r>
        <w:rPr>
          <w:b w:val="0"/>
          <w:i w:val="0"/>
          <w:sz w:val="21"/>
        </w:rPr>
        <w:t xml:space="preserve">      a. are destroyed      b. spread out among the water particles      c. turn into water      d. sink and stay in a pile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B: Short answer</w:t>
      </w:r>
    </w:p>
    <w:p>
      <w:pPr>
        <w:spacing w:after="60" w:before="0"/>
      </w:pPr>
      <w:r>
        <w:rPr>
          <w:b/>
          <w:i w:val="0"/>
          <w:sz w:val="22"/>
        </w:rPr>
        <w:t>7.  Draw the particles in a solid, a liquid, and a gas. Label each.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8.  Is air matter? Give one piece of evidence.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9.  Explain what happens to particles when ice melts. Is this change reversible?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10.  How could you get salt back from salt water? Name the process.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C: Grade 6 (mixtures and separation)</w:t>
      </w:r>
    </w:p>
    <w:p>
      <w:pPr>
        <w:spacing w:after="60" w:before="0"/>
      </w:pPr>
      <w:r>
        <w:rPr>
          <w:b/>
          <w:i w:val="0"/>
          <w:sz w:val="22"/>
        </w:rPr>
        <w:t>11.  Choose a method to separate sand from water. Name the property it uses.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12.  Oil and water are mixed. How could you separate them, and why does it work?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13.  Eulachon grease is made by heating fish in water until the oil rises, then skimming and straining it. Which properties are used?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